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>
      <w:pPr>
        <w:jc w:val="center"/>
      </w:pPr>
      <w:r>
        <w:rPr>
          <w:b/>
          <w:sz w:val="56"/>
        </w:rPr>
        <w:t>業務マニュアル</w:t>
      </w:r>
    </w:p>
    <w:p>
      <w:pPr>
        <w:jc w:val="center"/>
      </w:pPr>
      <w:r>
        <w:rPr>
          <w:sz w:val="36"/>
        </w:rPr>
        <w:t>（業務名）</w:t>
      </w:r>
    </w:p>
    <w:p/>
    <w:p/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6237"/>
      </w:tblGrid>
      <w:tr>
        <w:trPr>
          <w:trHeight w:val="624"/>
          <w:tblHeader/>
          <w:cantSplit/>
        </w:trPr>
        <w:tc>
          <w:tcPr>
            <w:tcW w:type="dxa" w:w="2268"/>
            <w:shd w:val="clear" w:color="auto" w:fill="F6F1E7"/>
          </w:tcPr>
          <w:p>
            <w:r>
              <w:rPr>
                <w:b/>
                <w:sz w:val="22"/>
              </w:rPr>
              <w:t>項目</w:t>
            </w:r>
          </w:p>
        </w:tc>
        <w:tc>
          <w:tcPr>
            <w:tcW w:type="dxa" w:w="6236"/>
            <w:shd w:val="clear" w:color="auto" w:fill="F6F1E7"/>
          </w:tcPr>
          <w:p>
            <w:r>
              <w:rPr>
                <w:b/>
                <w:sz w:val="22"/>
              </w:rPr>
              <w:t>内容</w:t>
            </w:r>
          </w:p>
        </w:tc>
      </w:tr>
      <w:tr>
        <w:trPr>
          <w:cantSplit/>
          <w:trHeight w:val="624"/>
        </w:trPr>
        <w:tc>
          <w:tcPr>
            <w:tcW w:type="dxa" w:w="2268"/>
          </w:tcPr>
          <w:p>
            <w:r>
              <w:rPr>
                <w:sz w:val="22"/>
              </w:rPr>
              <w:t>業務名</w:t>
            </w:r>
          </w:p>
        </w:tc>
        <w:tc>
          <w:tcPr>
            <w:tcW w:type="dxa" w:w="6236"/>
          </w:tcPr>
          <w:p>
            <w:r>
              <w:rPr>
                <w:sz w:val="22"/>
              </w:rPr>
            </w:r>
          </w:p>
        </w:tc>
      </w:tr>
      <w:tr>
        <w:trPr>
          <w:cantSplit/>
          <w:trHeight w:val="624"/>
        </w:trPr>
        <w:tc>
          <w:tcPr>
            <w:tcW w:type="dxa" w:w="2268"/>
          </w:tcPr>
          <w:p>
            <w:r>
              <w:rPr>
                <w:sz w:val="22"/>
              </w:rPr>
              <w:t>対象</w:t>
            </w:r>
          </w:p>
        </w:tc>
        <w:tc>
          <w:tcPr>
            <w:tcW w:type="dxa" w:w="6236"/>
          </w:tcPr>
          <w:p>
            <w:r>
              <w:rPr>
                <w:sz w:val="22"/>
              </w:rPr>
            </w:r>
          </w:p>
        </w:tc>
      </w:tr>
      <w:tr>
        <w:trPr>
          <w:cantSplit/>
          <w:trHeight w:val="624"/>
        </w:trPr>
        <w:tc>
          <w:tcPr>
            <w:tcW w:type="dxa" w:w="2268"/>
          </w:tcPr>
          <w:p>
            <w:r>
              <w:rPr>
                <w:sz w:val="22"/>
              </w:rPr>
              <w:t>作成日</w:t>
            </w:r>
          </w:p>
        </w:tc>
        <w:tc>
          <w:tcPr>
            <w:tcW w:type="dxa" w:w="6236"/>
          </w:tcPr>
          <w:p>
            <w:r>
              <w:rPr>
                <w:sz w:val="22"/>
              </w:rPr>
            </w:r>
          </w:p>
        </w:tc>
      </w:tr>
      <w:tr>
        <w:trPr>
          <w:cantSplit/>
          <w:trHeight w:val="624"/>
        </w:trPr>
        <w:tc>
          <w:tcPr>
            <w:tcW w:type="dxa" w:w="2268"/>
          </w:tcPr>
          <w:p>
            <w:r>
              <w:rPr>
                <w:sz w:val="22"/>
              </w:rPr>
              <w:t>版</w:t>
            </w:r>
          </w:p>
        </w:tc>
        <w:tc>
          <w:tcPr>
            <w:tcW w:type="dxa" w:w="6236"/>
          </w:tcPr>
          <w:p>
            <w:r>
              <w:rPr>
                <w:sz w:val="22"/>
              </w:rPr>
            </w:r>
          </w:p>
        </w:tc>
      </w:tr>
      <w:tr>
        <w:trPr>
          <w:cantSplit/>
          <w:trHeight w:val="624"/>
        </w:trPr>
        <w:tc>
          <w:tcPr>
            <w:tcW w:type="dxa" w:w="2268"/>
          </w:tcPr>
          <w:p>
            <w:r>
              <w:rPr>
                <w:sz w:val="22"/>
              </w:rPr>
              <w:t>作成者</w:t>
            </w:r>
          </w:p>
        </w:tc>
        <w:tc>
          <w:tcPr>
            <w:tcW w:type="dxa" w:w="6236"/>
          </w:tcPr>
          <w:p>
            <w:r>
              <w:rPr>
                <w:sz w:val="22"/>
              </w:rPr>
            </w:r>
          </w:p>
        </w:tc>
      </w:tr>
      <w:tr>
        <w:trPr>
          <w:cantSplit/>
          <w:trHeight w:val="624"/>
        </w:trPr>
        <w:tc>
          <w:tcPr>
            <w:tcW w:type="dxa" w:w="2268"/>
          </w:tcPr>
          <w:p>
            <w:r>
              <w:rPr>
                <w:sz w:val="22"/>
              </w:rPr>
              <w:t>店舗・部署</w:t>
            </w:r>
          </w:p>
        </w:tc>
        <w:tc>
          <w:tcPr>
            <w:tcW w:type="dxa" w:w="6236"/>
          </w:tcPr>
          <w:p>
            <w:r>
              <w:rPr>
                <w:sz w:val="22"/>
              </w:rPr>
            </w:r>
          </w:p>
        </w:tc>
      </w:tr>
    </w:tbl>
    <w:p>
      <w:r>
        <w:br w:type="page"/>
      </w:r>
    </w:p>
    <w:p>
      <w:pPr>
        <w:spacing w:before="120" w:after="120"/>
      </w:pPr>
      <w:r>
        <w:rPr>
          <w:b/>
          <w:color w:val="0E6B6B"/>
          <w:sz w:val="28"/>
        </w:rPr>
        <w:t>改訂履歴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0"/>
        <w:gridCol w:w="1927"/>
        <w:gridCol w:w="4536"/>
        <w:gridCol w:w="2154"/>
      </w:tblGrid>
      <w:tr>
        <w:trPr>
          <w:tblHeader/>
          <w:cantSplit/>
        </w:trPr>
        <w:tc>
          <w:tcPr>
            <w:tcW w:type="dxa" w:w="1020"/>
            <w:shd w:val="clear" w:color="auto" w:fill="F6F1E7"/>
          </w:tcPr>
          <w:p>
            <w:r>
              <w:rPr>
                <w:b/>
                <w:sz w:val="18"/>
              </w:rPr>
              <w:t>版</w:t>
            </w:r>
          </w:p>
        </w:tc>
        <w:tc>
          <w:tcPr>
            <w:tcW w:type="dxa" w:w="1928"/>
            <w:shd w:val="clear" w:color="auto" w:fill="F6F1E7"/>
          </w:tcPr>
          <w:p>
            <w:r>
              <w:rPr>
                <w:b/>
                <w:sz w:val="18"/>
              </w:rPr>
              <w:t>改訂日</w:t>
            </w:r>
          </w:p>
        </w:tc>
        <w:tc>
          <w:tcPr>
            <w:tcW w:type="dxa" w:w="4535"/>
            <w:shd w:val="clear" w:color="auto" w:fill="F6F1E7"/>
          </w:tcPr>
          <w:p>
            <w:r>
              <w:rPr>
                <w:b/>
                <w:sz w:val="18"/>
              </w:rPr>
              <w:t>内容</w:t>
            </w:r>
          </w:p>
        </w:tc>
        <w:tc>
          <w:tcPr>
            <w:tcW w:type="dxa" w:w="2154"/>
            <w:shd w:val="clear" w:color="auto" w:fill="F6F1E7"/>
          </w:tcPr>
          <w:p>
            <w:r>
              <w:rPr>
                <w:b/>
                <w:sz w:val="18"/>
              </w:rPr>
              <w:t>作成・確認</w:t>
            </w:r>
          </w:p>
        </w:tc>
      </w:tr>
      <w:tr>
        <w:trPr>
          <w:cantSplit/>
        </w:trPr>
        <w:tc>
          <w:tcPr>
            <w:tcW w:type="dxa" w:w="1020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4535"/>
          </w:tcPr>
          <w:p>
            <w:r>
              <w:rPr>
                <w:sz w:val="18"/>
              </w:rPr>
            </w:r>
          </w:p>
        </w:tc>
        <w:tc>
          <w:tcPr>
            <w:tcW w:type="dxa" w:w="2154"/>
          </w:tcPr>
          <w:p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1020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4535"/>
          </w:tcPr>
          <w:p>
            <w:r>
              <w:rPr>
                <w:sz w:val="18"/>
              </w:rPr>
            </w:r>
          </w:p>
        </w:tc>
        <w:tc>
          <w:tcPr>
            <w:tcW w:type="dxa" w:w="2154"/>
          </w:tcPr>
          <w:p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1020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4535"/>
          </w:tcPr>
          <w:p>
            <w:r>
              <w:rPr>
                <w:sz w:val="18"/>
              </w:rPr>
            </w:r>
          </w:p>
        </w:tc>
        <w:tc>
          <w:tcPr>
            <w:tcW w:type="dxa" w:w="2154"/>
          </w:tcPr>
          <w:p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1020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4535"/>
          </w:tcPr>
          <w:p>
            <w:r>
              <w:rPr>
                <w:sz w:val="18"/>
              </w:rPr>
            </w:r>
          </w:p>
        </w:tc>
        <w:tc>
          <w:tcPr>
            <w:tcW w:type="dxa" w:w="2154"/>
          </w:tcPr>
          <w:p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1020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4535"/>
          </w:tcPr>
          <w:p>
            <w:r>
              <w:rPr>
                <w:sz w:val="18"/>
              </w:rPr>
            </w:r>
          </w:p>
        </w:tc>
        <w:tc>
          <w:tcPr>
            <w:tcW w:type="dxa" w:w="2154"/>
          </w:tcPr>
          <w:p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1020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4535"/>
          </w:tcPr>
          <w:p>
            <w:r>
              <w:rPr>
                <w:sz w:val="18"/>
              </w:rPr>
            </w:r>
          </w:p>
        </w:tc>
        <w:tc>
          <w:tcPr>
            <w:tcW w:type="dxa" w:w="2154"/>
          </w:tcPr>
          <w:p>
            <w:r>
              <w:rPr>
                <w:sz w:val="18"/>
              </w:rPr>
            </w:r>
          </w:p>
        </w:tc>
      </w:tr>
    </w:tbl>
    <w:p/>
    <w:p>
      <w:pPr>
        <w:spacing w:before="120" w:after="120"/>
      </w:pPr>
      <w:r>
        <w:rPr>
          <w:b/>
          <w:color w:val="0E6B6B"/>
          <w:sz w:val="28"/>
        </w:rPr>
        <w:t>目次</w:t>
      </w:r>
    </w:p>
    <w:p>
      <w:r>
        <w:t>1. 表紙</w:t>
      </w:r>
    </w:p>
    <w:p>
      <w:r>
        <w:t>2. 改訂履歴</w:t>
      </w:r>
    </w:p>
    <w:p>
      <w:r>
        <w:t>3. 目次</w:t>
      </w:r>
    </w:p>
    <w:p>
      <w:r>
        <w:t>4. 業務の全体の流れ</w:t>
      </w:r>
    </w:p>
    <w:p>
      <w:r>
        <w:t>5. 手順</w:t>
      </w:r>
    </w:p>
    <w:p>
      <w:r>
        <w:t>6. チェックリスト</w:t>
      </w:r>
    </w:p>
    <w:p>
      <w:r>
        <w:t>7. よくある質問</w:t>
      </w:r>
    </w:p>
    <w:p>
      <w:r>
        <w:t>8. 問い合わせ先</w:t>
      </w:r>
    </w:p>
    <w:p>
      <w:r>
        <w:br w:type="page"/>
      </w:r>
    </w:p>
    <w:p>
      <w:pPr>
        <w:spacing w:before="120" w:after="120"/>
      </w:pPr>
      <w:r>
        <w:rPr>
          <w:b/>
          <w:color w:val="0E6B6B"/>
          <w:sz w:val="28"/>
        </w:rPr>
        <w:t>業務の全体の流れ</w:t>
      </w:r>
    </w:p>
    <w:p>
      <w:r>
        <w:rPr>
          <w:b/>
        </w:rPr>
        <w:t>（区分）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453"/>
        <w:gridCol w:w="2041"/>
        <w:gridCol w:w="453"/>
        <w:gridCol w:w="2041"/>
        <w:gridCol w:w="453"/>
        <w:gridCol w:w="2041"/>
      </w:tblGrid>
      <w:tr>
        <w:trPr>
          <w:cantSplit/>
          <w:trHeight w:val="907"/>
        </w:trPr>
        <w:tc>
          <w:tcPr>
            <w:tcW w:type="dxa" w:w="2041"/>
            <w:shd w:val="clear" w:color="auto" w:fill="FFFBEE"/>
            <w:tcBorders>
              <w:top w:val="single" w:sz="12" w:color="0E6B6B"/>
              <w:left w:val="single" w:sz="12" w:color="0E6B6B"/>
              <w:bottom w:val="single" w:sz="12" w:color="0E6B6B"/>
              <w:right w:val="single" w:sz="12" w:color="0E6B6B"/>
            </w:tcBorders>
          </w:tcPr>
          <w:p>
            <w:pPr>
              <w:jc w:val="center"/>
            </w:pPr>
            <w:r/>
          </w:p>
        </w:tc>
        <w:tc>
          <w:tcPr>
            <w:tcW w:type="dxa" w:w="454"/>
          </w:tcPr>
          <w:p>
            <w:pPr>
              <w:jc w:val="center"/>
            </w:pPr>
            <w:r>
              <w:t>→</w:t>
            </w:r>
          </w:p>
        </w:tc>
        <w:tc>
          <w:tcPr>
            <w:tcW w:type="dxa" w:w="2041"/>
            <w:shd w:val="clear" w:color="auto" w:fill="FFFBEE"/>
            <w:tcBorders>
              <w:top w:val="single" w:sz="12" w:color="0E6B6B"/>
              <w:left w:val="single" w:sz="12" w:color="0E6B6B"/>
              <w:bottom w:val="single" w:sz="12" w:color="0E6B6B"/>
              <w:right w:val="single" w:sz="12" w:color="0E6B6B"/>
            </w:tcBorders>
          </w:tcPr>
          <w:p>
            <w:pPr>
              <w:jc w:val="center"/>
            </w:pPr>
            <w:r/>
          </w:p>
        </w:tc>
        <w:tc>
          <w:tcPr>
            <w:tcW w:type="dxa" w:w="454"/>
          </w:tcPr>
          <w:p>
            <w:pPr>
              <w:jc w:val="center"/>
            </w:pPr>
            <w:r>
              <w:t>→</w:t>
            </w:r>
          </w:p>
        </w:tc>
        <w:tc>
          <w:tcPr>
            <w:tcW w:type="dxa" w:w="2041"/>
            <w:shd w:val="clear" w:color="auto" w:fill="FFFBEE"/>
            <w:tcBorders>
              <w:top w:val="single" w:sz="12" w:color="0E6B6B"/>
              <w:left w:val="single" w:sz="12" w:color="0E6B6B"/>
              <w:bottom w:val="single" w:sz="12" w:color="0E6B6B"/>
              <w:right w:val="single" w:sz="12" w:color="0E6B6B"/>
            </w:tcBorders>
          </w:tcPr>
          <w:p>
            <w:pPr>
              <w:jc w:val="center"/>
            </w:pPr>
            <w:r/>
          </w:p>
        </w:tc>
        <w:tc>
          <w:tcPr>
            <w:tcW w:type="dxa" w:w="454"/>
          </w:tcPr>
          <w:p>
            <w:pPr>
              <w:jc w:val="center"/>
            </w:pPr>
            <w:r>
              <w:t>→</w:t>
            </w:r>
          </w:p>
        </w:tc>
        <w:tc>
          <w:tcPr>
            <w:tcW w:type="dxa" w:w="2041"/>
            <w:shd w:val="clear" w:color="auto" w:fill="FFFBEE"/>
            <w:tcBorders>
              <w:top w:val="single" w:sz="12" w:color="0E6B6B"/>
              <w:left w:val="single" w:sz="12" w:color="0E6B6B"/>
              <w:bottom w:val="single" w:sz="12" w:color="0E6B6B"/>
              <w:right w:val="single" w:sz="12" w:color="0E6B6B"/>
            </w:tcBorders>
          </w:tcPr>
          <w:p>
            <w:pPr>
              <w:jc w:val="center"/>
            </w:pPr>
            <w:r/>
          </w:p>
        </w:tc>
      </w:tr>
    </w:tbl>
    <w:p/>
    <w:p>
      <w:r>
        <w:rPr>
          <w:b/>
        </w:rPr>
        <w:t>（区分）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453"/>
        <w:gridCol w:w="2041"/>
        <w:gridCol w:w="453"/>
        <w:gridCol w:w="2041"/>
        <w:gridCol w:w="453"/>
        <w:gridCol w:w="2041"/>
      </w:tblGrid>
      <w:tr>
        <w:trPr>
          <w:cantSplit/>
          <w:trHeight w:val="907"/>
        </w:trPr>
        <w:tc>
          <w:tcPr>
            <w:tcW w:type="dxa" w:w="2041"/>
            <w:shd w:val="clear" w:color="auto" w:fill="FFFBEE"/>
            <w:tcBorders>
              <w:top w:val="single" w:sz="12" w:color="0E6B6B"/>
              <w:left w:val="single" w:sz="12" w:color="0E6B6B"/>
              <w:bottom w:val="single" w:sz="12" w:color="0E6B6B"/>
              <w:right w:val="single" w:sz="12" w:color="0E6B6B"/>
            </w:tcBorders>
          </w:tcPr>
          <w:p>
            <w:pPr>
              <w:jc w:val="center"/>
            </w:pPr>
            <w:r/>
          </w:p>
        </w:tc>
        <w:tc>
          <w:tcPr>
            <w:tcW w:type="dxa" w:w="454"/>
          </w:tcPr>
          <w:p>
            <w:pPr>
              <w:jc w:val="center"/>
            </w:pPr>
            <w:r>
              <w:t>→</w:t>
            </w:r>
          </w:p>
        </w:tc>
        <w:tc>
          <w:tcPr>
            <w:tcW w:type="dxa" w:w="2041"/>
            <w:shd w:val="clear" w:color="auto" w:fill="FFFBEE"/>
            <w:tcBorders>
              <w:top w:val="single" w:sz="12" w:color="0E6B6B"/>
              <w:left w:val="single" w:sz="12" w:color="0E6B6B"/>
              <w:bottom w:val="single" w:sz="12" w:color="0E6B6B"/>
              <w:right w:val="single" w:sz="12" w:color="0E6B6B"/>
            </w:tcBorders>
          </w:tcPr>
          <w:p>
            <w:pPr>
              <w:jc w:val="center"/>
            </w:pPr>
            <w:r/>
          </w:p>
        </w:tc>
        <w:tc>
          <w:tcPr>
            <w:tcW w:type="dxa" w:w="454"/>
          </w:tcPr>
          <w:p>
            <w:pPr>
              <w:jc w:val="center"/>
            </w:pPr>
            <w:r>
              <w:t>→</w:t>
            </w:r>
          </w:p>
        </w:tc>
        <w:tc>
          <w:tcPr>
            <w:tcW w:type="dxa" w:w="2041"/>
            <w:shd w:val="clear" w:color="auto" w:fill="FFFBEE"/>
            <w:tcBorders>
              <w:top w:val="single" w:sz="12" w:color="0E6B6B"/>
              <w:left w:val="single" w:sz="12" w:color="0E6B6B"/>
              <w:bottom w:val="single" w:sz="12" w:color="0E6B6B"/>
              <w:right w:val="single" w:sz="12" w:color="0E6B6B"/>
            </w:tcBorders>
          </w:tcPr>
          <w:p>
            <w:pPr>
              <w:jc w:val="center"/>
            </w:pPr>
            <w:r/>
          </w:p>
        </w:tc>
        <w:tc>
          <w:tcPr>
            <w:tcW w:type="dxa" w:w="454"/>
          </w:tcPr>
          <w:p>
            <w:pPr>
              <w:jc w:val="center"/>
            </w:pPr>
            <w:r>
              <w:t>→</w:t>
            </w:r>
          </w:p>
        </w:tc>
        <w:tc>
          <w:tcPr>
            <w:tcW w:type="dxa" w:w="2041"/>
            <w:shd w:val="clear" w:color="auto" w:fill="FFFBEE"/>
            <w:tcBorders>
              <w:top w:val="single" w:sz="12" w:color="0E6B6B"/>
              <w:left w:val="single" w:sz="12" w:color="0E6B6B"/>
              <w:bottom w:val="single" w:sz="12" w:color="0E6B6B"/>
              <w:right w:val="single" w:sz="12" w:color="0E6B6B"/>
            </w:tcBorders>
          </w:tcPr>
          <w:p>
            <w:pPr>
              <w:jc w:val="center"/>
            </w:pPr>
            <w:r/>
          </w:p>
        </w:tc>
      </w:tr>
    </w:tbl>
    <w:p/>
    <w:p>
      <w:pPr>
        <w:spacing w:before="120" w:after="120"/>
      </w:pPr>
      <w:r>
        <w:rPr>
          <w:b/>
          <w:color w:val="0E6B6B"/>
          <w:sz w:val="28"/>
        </w:rPr>
        <w:t>手順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67"/>
        <w:gridCol w:w="2268"/>
        <w:gridCol w:w="2381"/>
        <w:gridCol w:w="2041"/>
        <w:gridCol w:w="1701"/>
        <w:gridCol w:w="680"/>
      </w:tblGrid>
      <w:tr>
        <w:trPr>
          <w:tblHeader/>
          <w:cantSplit/>
        </w:trPr>
        <w:tc>
          <w:tcPr>
            <w:tcW w:type="dxa" w:w="567"/>
            <w:shd w:val="clear" w:color="auto" w:fill="F6F1E7"/>
          </w:tcPr>
          <w:p>
            <w:r>
              <w:rPr>
                <w:b/>
                <w:sz w:val="17"/>
              </w:rPr>
              <w:t>番号</w:t>
            </w:r>
          </w:p>
        </w:tc>
        <w:tc>
          <w:tcPr>
            <w:tcW w:type="dxa" w:w="2268"/>
            <w:shd w:val="clear" w:color="auto" w:fill="F6F1E7"/>
          </w:tcPr>
          <w:p>
            <w:r>
              <w:rPr>
                <w:b/>
                <w:sz w:val="17"/>
              </w:rPr>
              <w:t>作業</w:t>
            </w:r>
          </w:p>
        </w:tc>
        <w:tc>
          <w:tcPr>
            <w:tcW w:type="dxa" w:w="2381"/>
            <w:shd w:val="clear" w:color="auto" w:fill="F6F1E7"/>
          </w:tcPr>
          <w:p>
            <w:r>
              <w:rPr>
                <w:b/>
                <w:sz w:val="17"/>
              </w:rPr>
              <w:t>ポイント</w:t>
            </w:r>
          </w:p>
        </w:tc>
        <w:tc>
          <w:tcPr>
            <w:tcW w:type="dxa" w:w="2041"/>
            <w:shd w:val="clear" w:color="auto" w:fill="F6F1E7"/>
          </w:tcPr>
          <w:p>
            <w:r>
              <w:rPr>
                <w:b/>
                <w:sz w:val="17"/>
              </w:rPr>
              <w:t>注意</w:t>
            </w:r>
          </w:p>
        </w:tc>
        <w:tc>
          <w:tcPr>
            <w:tcW w:type="dxa" w:w="1701"/>
            <w:shd w:val="clear" w:color="auto" w:fill="F6F1E7"/>
          </w:tcPr>
          <w:p>
            <w:r>
              <w:rPr>
                <w:b/>
                <w:sz w:val="17"/>
              </w:rPr>
              <w:t>写真</w:t>
            </w:r>
          </w:p>
        </w:tc>
        <w:tc>
          <w:tcPr>
            <w:tcW w:type="dxa" w:w="680"/>
            <w:shd w:val="clear" w:color="auto" w:fill="F6F1E7"/>
          </w:tcPr>
          <w:p>
            <w:r>
              <w:rPr>
                <w:b/>
                <w:sz w:val="17"/>
              </w:rPr>
              <w:t>時間</w:t>
            </w:r>
          </w:p>
        </w:tc>
      </w:tr>
      <w:tr>
        <w:trPr>
          <w:trHeight w:val="1247"/>
          <w:cantSplit/>
        </w:trPr>
        <w:tc>
          <w:tcPr>
            <w:tcW w:type="dxa" w:w="567"/>
          </w:tcPr>
          <w:p>
            <w:r>
              <w:rPr>
                <w:sz w:val="17"/>
              </w:rPr>
            </w:r>
          </w:p>
        </w:tc>
        <w:tc>
          <w:tcPr>
            <w:tcW w:type="dxa" w:w="2268"/>
          </w:tcPr>
          <w:p>
            <w:r>
              <w:rPr>
                <w:sz w:val="17"/>
              </w:rPr>
            </w:r>
          </w:p>
        </w:tc>
        <w:tc>
          <w:tcPr>
            <w:tcW w:type="dxa" w:w="2381"/>
          </w:tcPr>
          <w:p>
            <w:r>
              <w:rPr>
                <w:sz w:val="17"/>
              </w:rPr>
            </w:r>
          </w:p>
        </w:tc>
        <w:tc>
          <w:tcPr>
            <w:tcW w:type="dxa" w:w="2041"/>
          </w:tcPr>
          <w:p>
            <w:r>
              <w:rPr>
                <w:sz w:val="17"/>
              </w:rPr>
            </w:r>
          </w:p>
        </w:tc>
        <w:tc>
          <w:tcPr>
            <w:tcW w:type="dxa" w:w="1701"/>
          </w:tcPr>
          <w:p>
            <w:r>
              <w:rPr>
                <w:sz w:val="17"/>
              </w:rPr>
            </w:r>
          </w:p>
        </w:tc>
        <w:tc>
          <w:tcPr>
            <w:tcW w:type="dxa" w:w="680"/>
          </w:tcPr>
          <w:p>
            <w:r>
              <w:rPr>
                <w:sz w:val="17"/>
              </w:rPr>
            </w:r>
          </w:p>
        </w:tc>
      </w:tr>
      <w:tr>
        <w:trPr>
          <w:trHeight w:val="1247"/>
          <w:cantSplit/>
        </w:trPr>
        <w:tc>
          <w:tcPr>
            <w:tcW w:type="dxa" w:w="567"/>
          </w:tcPr>
          <w:p>
            <w:r>
              <w:rPr>
                <w:sz w:val="17"/>
              </w:rPr>
            </w:r>
          </w:p>
        </w:tc>
        <w:tc>
          <w:tcPr>
            <w:tcW w:type="dxa" w:w="2268"/>
          </w:tcPr>
          <w:p>
            <w:r>
              <w:rPr>
                <w:sz w:val="17"/>
              </w:rPr>
            </w:r>
          </w:p>
        </w:tc>
        <w:tc>
          <w:tcPr>
            <w:tcW w:type="dxa" w:w="2381"/>
          </w:tcPr>
          <w:p>
            <w:r>
              <w:rPr>
                <w:sz w:val="17"/>
              </w:rPr>
            </w:r>
          </w:p>
        </w:tc>
        <w:tc>
          <w:tcPr>
            <w:tcW w:type="dxa" w:w="2041"/>
          </w:tcPr>
          <w:p>
            <w:r>
              <w:rPr>
                <w:sz w:val="17"/>
              </w:rPr>
            </w:r>
          </w:p>
        </w:tc>
        <w:tc>
          <w:tcPr>
            <w:tcW w:type="dxa" w:w="1701"/>
          </w:tcPr>
          <w:p>
            <w:r>
              <w:rPr>
                <w:sz w:val="17"/>
              </w:rPr>
            </w:r>
          </w:p>
        </w:tc>
        <w:tc>
          <w:tcPr>
            <w:tcW w:type="dxa" w:w="680"/>
          </w:tcPr>
          <w:p>
            <w:r>
              <w:rPr>
                <w:sz w:val="17"/>
              </w:rPr>
            </w:r>
          </w:p>
        </w:tc>
      </w:tr>
      <w:tr>
        <w:trPr>
          <w:trHeight w:val="1247"/>
          <w:cantSplit/>
        </w:trPr>
        <w:tc>
          <w:tcPr>
            <w:tcW w:type="dxa" w:w="567"/>
          </w:tcPr>
          <w:p>
            <w:r>
              <w:rPr>
                <w:sz w:val="17"/>
              </w:rPr>
            </w:r>
          </w:p>
        </w:tc>
        <w:tc>
          <w:tcPr>
            <w:tcW w:type="dxa" w:w="2268"/>
          </w:tcPr>
          <w:p>
            <w:r>
              <w:rPr>
                <w:sz w:val="17"/>
              </w:rPr>
            </w:r>
          </w:p>
        </w:tc>
        <w:tc>
          <w:tcPr>
            <w:tcW w:type="dxa" w:w="2381"/>
          </w:tcPr>
          <w:p>
            <w:r>
              <w:rPr>
                <w:sz w:val="17"/>
              </w:rPr>
            </w:r>
          </w:p>
        </w:tc>
        <w:tc>
          <w:tcPr>
            <w:tcW w:type="dxa" w:w="2041"/>
          </w:tcPr>
          <w:p>
            <w:r>
              <w:rPr>
                <w:sz w:val="17"/>
              </w:rPr>
            </w:r>
          </w:p>
        </w:tc>
        <w:tc>
          <w:tcPr>
            <w:tcW w:type="dxa" w:w="1701"/>
          </w:tcPr>
          <w:p>
            <w:r>
              <w:rPr>
                <w:sz w:val="17"/>
              </w:rPr>
            </w:r>
          </w:p>
        </w:tc>
        <w:tc>
          <w:tcPr>
            <w:tcW w:type="dxa" w:w="680"/>
          </w:tcPr>
          <w:p>
            <w:r>
              <w:rPr>
                <w:sz w:val="17"/>
              </w:rPr>
            </w:r>
          </w:p>
        </w:tc>
      </w:tr>
      <w:tr>
        <w:trPr>
          <w:trHeight w:val="1247"/>
          <w:cantSplit/>
        </w:trPr>
        <w:tc>
          <w:tcPr>
            <w:tcW w:type="dxa" w:w="567"/>
          </w:tcPr>
          <w:p>
            <w:r>
              <w:rPr>
                <w:sz w:val="17"/>
              </w:rPr>
            </w:r>
          </w:p>
        </w:tc>
        <w:tc>
          <w:tcPr>
            <w:tcW w:type="dxa" w:w="2268"/>
          </w:tcPr>
          <w:p>
            <w:r>
              <w:rPr>
                <w:sz w:val="17"/>
              </w:rPr>
            </w:r>
          </w:p>
        </w:tc>
        <w:tc>
          <w:tcPr>
            <w:tcW w:type="dxa" w:w="2381"/>
          </w:tcPr>
          <w:p>
            <w:r>
              <w:rPr>
                <w:sz w:val="17"/>
              </w:rPr>
            </w:r>
          </w:p>
        </w:tc>
        <w:tc>
          <w:tcPr>
            <w:tcW w:type="dxa" w:w="2041"/>
          </w:tcPr>
          <w:p>
            <w:r>
              <w:rPr>
                <w:sz w:val="17"/>
              </w:rPr>
            </w:r>
          </w:p>
        </w:tc>
        <w:tc>
          <w:tcPr>
            <w:tcW w:type="dxa" w:w="1701"/>
          </w:tcPr>
          <w:p>
            <w:r>
              <w:rPr>
                <w:sz w:val="17"/>
              </w:rPr>
            </w:r>
          </w:p>
        </w:tc>
        <w:tc>
          <w:tcPr>
            <w:tcW w:type="dxa" w:w="680"/>
          </w:tcPr>
          <w:p>
            <w:r>
              <w:rPr>
                <w:sz w:val="17"/>
              </w:rPr>
            </w:r>
          </w:p>
        </w:tc>
      </w:tr>
      <w:tr>
        <w:trPr>
          <w:trHeight w:val="1247"/>
          <w:cantSplit/>
        </w:trPr>
        <w:tc>
          <w:tcPr>
            <w:tcW w:type="dxa" w:w="567"/>
          </w:tcPr>
          <w:p>
            <w:r>
              <w:rPr>
                <w:sz w:val="17"/>
              </w:rPr>
            </w:r>
          </w:p>
        </w:tc>
        <w:tc>
          <w:tcPr>
            <w:tcW w:type="dxa" w:w="2268"/>
          </w:tcPr>
          <w:p>
            <w:r>
              <w:rPr>
                <w:sz w:val="17"/>
              </w:rPr>
            </w:r>
          </w:p>
        </w:tc>
        <w:tc>
          <w:tcPr>
            <w:tcW w:type="dxa" w:w="2381"/>
          </w:tcPr>
          <w:p>
            <w:r>
              <w:rPr>
                <w:sz w:val="17"/>
              </w:rPr>
            </w:r>
          </w:p>
        </w:tc>
        <w:tc>
          <w:tcPr>
            <w:tcW w:type="dxa" w:w="2041"/>
          </w:tcPr>
          <w:p>
            <w:r>
              <w:rPr>
                <w:sz w:val="17"/>
              </w:rPr>
            </w:r>
          </w:p>
        </w:tc>
        <w:tc>
          <w:tcPr>
            <w:tcW w:type="dxa" w:w="1701"/>
          </w:tcPr>
          <w:p>
            <w:r>
              <w:rPr>
                <w:sz w:val="17"/>
              </w:rPr>
            </w:r>
          </w:p>
        </w:tc>
        <w:tc>
          <w:tcPr>
            <w:tcW w:type="dxa" w:w="680"/>
          </w:tcPr>
          <w:p>
            <w:r>
              <w:rPr>
                <w:sz w:val="17"/>
              </w:rPr>
            </w:r>
          </w:p>
        </w:tc>
      </w:tr>
      <w:tr>
        <w:trPr>
          <w:trHeight w:val="1247"/>
          <w:cantSplit/>
        </w:trPr>
        <w:tc>
          <w:tcPr>
            <w:tcW w:type="dxa" w:w="567"/>
          </w:tcPr>
          <w:p>
            <w:r>
              <w:rPr>
                <w:sz w:val="17"/>
              </w:rPr>
            </w:r>
          </w:p>
        </w:tc>
        <w:tc>
          <w:tcPr>
            <w:tcW w:type="dxa" w:w="2268"/>
          </w:tcPr>
          <w:p>
            <w:r>
              <w:rPr>
                <w:sz w:val="17"/>
              </w:rPr>
            </w:r>
          </w:p>
        </w:tc>
        <w:tc>
          <w:tcPr>
            <w:tcW w:type="dxa" w:w="2381"/>
          </w:tcPr>
          <w:p>
            <w:r>
              <w:rPr>
                <w:sz w:val="17"/>
              </w:rPr>
            </w:r>
          </w:p>
        </w:tc>
        <w:tc>
          <w:tcPr>
            <w:tcW w:type="dxa" w:w="2041"/>
          </w:tcPr>
          <w:p>
            <w:r>
              <w:rPr>
                <w:sz w:val="17"/>
              </w:rPr>
            </w:r>
          </w:p>
        </w:tc>
        <w:tc>
          <w:tcPr>
            <w:tcW w:type="dxa" w:w="1701"/>
          </w:tcPr>
          <w:p>
            <w:r>
              <w:rPr>
                <w:sz w:val="17"/>
              </w:rPr>
            </w:r>
          </w:p>
        </w:tc>
        <w:tc>
          <w:tcPr>
            <w:tcW w:type="dxa" w:w="680"/>
          </w:tcPr>
          <w:p>
            <w:r>
              <w:rPr>
                <w:sz w:val="17"/>
              </w:rPr>
            </w:r>
          </w:p>
        </w:tc>
      </w:tr>
      <w:tr>
        <w:trPr>
          <w:trHeight w:val="1247"/>
          <w:cantSplit/>
        </w:trPr>
        <w:tc>
          <w:tcPr>
            <w:tcW w:type="dxa" w:w="567"/>
          </w:tcPr>
          <w:p>
            <w:r>
              <w:rPr>
                <w:sz w:val="17"/>
              </w:rPr>
            </w:r>
          </w:p>
        </w:tc>
        <w:tc>
          <w:tcPr>
            <w:tcW w:type="dxa" w:w="2268"/>
          </w:tcPr>
          <w:p>
            <w:r>
              <w:rPr>
                <w:sz w:val="17"/>
              </w:rPr>
            </w:r>
          </w:p>
        </w:tc>
        <w:tc>
          <w:tcPr>
            <w:tcW w:type="dxa" w:w="2381"/>
          </w:tcPr>
          <w:p>
            <w:r>
              <w:rPr>
                <w:sz w:val="17"/>
              </w:rPr>
            </w:r>
          </w:p>
        </w:tc>
        <w:tc>
          <w:tcPr>
            <w:tcW w:type="dxa" w:w="2041"/>
          </w:tcPr>
          <w:p>
            <w:r>
              <w:rPr>
                <w:sz w:val="17"/>
              </w:rPr>
            </w:r>
          </w:p>
        </w:tc>
        <w:tc>
          <w:tcPr>
            <w:tcW w:type="dxa" w:w="1701"/>
          </w:tcPr>
          <w:p>
            <w:r>
              <w:rPr>
                <w:sz w:val="17"/>
              </w:rPr>
            </w:r>
          </w:p>
        </w:tc>
        <w:tc>
          <w:tcPr>
            <w:tcW w:type="dxa" w:w="680"/>
          </w:tcPr>
          <w:p>
            <w:r>
              <w:rPr>
                <w:sz w:val="17"/>
              </w:rPr>
            </w:r>
          </w:p>
        </w:tc>
      </w:tr>
      <w:tr>
        <w:trPr>
          <w:trHeight w:val="1247"/>
          <w:cantSplit/>
        </w:trPr>
        <w:tc>
          <w:tcPr>
            <w:tcW w:type="dxa" w:w="567"/>
          </w:tcPr>
          <w:p>
            <w:r>
              <w:rPr>
                <w:sz w:val="17"/>
              </w:rPr>
            </w:r>
          </w:p>
        </w:tc>
        <w:tc>
          <w:tcPr>
            <w:tcW w:type="dxa" w:w="2268"/>
          </w:tcPr>
          <w:p>
            <w:r>
              <w:rPr>
                <w:sz w:val="17"/>
              </w:rPr>
            </w:r>
          </w:p>
        </w:tc>
        <w:tc>
          <w:tcPr>
            <w:tcW w:type="dxa" w:w="2381"/>
          </w:tcPr>
          <w:p>
            <w:r>
              <w:rPr>
                <w:sz w:val="17"/>
              </w:rPr>
            </w:r>
          </w:p>
        </w:tc>
        <w:tc>
          <w:tcPr>
            <w:tcW w:type="dxa" w:w="2041"/>
          </w:tcPr>
          <w:p>
            <w:r>
              <w:rPr>
                <w:sz w:val="17"/>
              </w:rPr>
            </w:r>
          </w:p>
        </w:tc>
        <w:tc>
          <w:tcPr>
            <w:tcW w:type="dxa" w:w="1701"/>
          </w:tcPr>
          <w:p>
            <w:r>
              <w:rPr>
                <w:sz w:val="17"/>
              </w:rPr>
            </w:r>
          </w:p>
        </w:tc>
        <w:tc>
          <w:tcPr>
            <w:tcW w:type="dxa" w:w="680"/>
          </w:tcPr>
          <w:p>
            <w:r>
              <w:rPr>
                <w:sz w:val="17"/>
              </w:rPr>
            </w:r>
          </w:p>
        </w:tc>
      </w:tr>
      <w:tr>
        <w:trPr>
          <w:trHeight w:val="1247"/>
          <w:cantSplit/>
        </w:trPr>
        <w:tc>
          <w:tcPr>
            <w:tcW w:type="dxa" w:w="567"/>
          </w:tcPr>
          <w:p>
            <w:r>
              <w:rPr>
                <w:sz w:val="17"/>
              </w:rPr>
            </w:r>
          </w:p>
        </w:tc>
        <w:tc>
          <w:tcPr>
            <w:tcW w:type="dxa" w:w="2268"/>
          </w:tcPr>
          <w:p>
            <w:r>
              <w:rPr>
                <w:sz w:val="17"/>
              </w:rPr>
            </w:r>
          </w:p>
        </w:tc>
        <w:tc>
          <w:tcPr>
            <w:tcW w:type="dxa" w:w="2381"/>
          </w:tcPr>
          <w:p>
            <w:r>
              <w:rPr>
                <w:sz w:val="17"/>
              </w:rPr>
            </w:r>
          </w:p>
        </w:tc>
        <w:tc>
          <w:tcPr>
            <w:tcW w:type="dxa" w:w="2041"/>
          </w:tcPr>
          <w:p>
            <w:r>
              <w:rPr>
                <w:sz w:val="17"/>
              </w:rPr>
            </w:r>
          </w:p>
        </w:tc>
        <w:tc>
          <w:tcPr>
            <w:tcW w:type="dxa" w:w="1701"/>
          </w:tcPr>
          <w:p>
            <w:r>
              <w:rPr>
                <w:sz w:val="17"/>
              </w:rPr>
            </w:r>
          </w:p>
        </w:tc>
        <w:tc>
          <w:tcPr>
            <w:tcW w:type="dxa" w:w="680"/>
          </w:tcPr>
          <w:p>
            <w:r>
              <w:rPr>
                <w:sz w:val="17"/>
              </w:rPr>
            </w:r>
          </w:p>
        </w:tc>
      </w:tr>
      <w:tr>
        <w:trPr>
          <w:trHeight w:val="1247"/>
          <w:cantSplit/>
        </w:trPr>
        <w:tc>
          <w:tcPr>
            <w:tcW w:type="dxa" w:w="567"/>
          </w:tcPr>
          <w:p>
            <w:r>
              <w:rPr>
                <w:sz w:val="17"/>
              </w:rPr>
            </w:r>
          </w:p>
        </w:tc>
        <w:tc>
          <w:tcPr>
            <w:tcW w:type="dxa" w:w="2268"/>
          </w:tcPr>
          <w:p>
            <w:r>
              <w:rPr>
                <w:sz w:val="17"/>
              </w:rPr>
            </w:r>
          </w:p>
        </w:tc>
        <w:tc>
          <w:tcPr>
            <w:tcW w:type="dxa" w:w="2381"/>
          </w:tcPr>
          <w:p>
            <w:r>
              <w:rPr>
                <w:sz w:val="17"/>
              </w:rPr>
            </w:r>
          </w:p>
        </w:tc>
        <w:tc>
          <w:tcPr>
            <w:tcW w:type="dxa" w:w="2041"/>
          </w:tcPr>
          <w:p>
            <w:r>
              <w:rPr>
                <w:sz w:val="17"/>
              </w:rPr>
            </w:r>
          </w:p>
        </w:tc>
        <w:tc>
          <w:tcPr>
            <w:tcW w:type="dxa" w:w="1701"/>
          </w:tcPr>
          <w:p>
            <w:r>
              <w:rPr>
                <w:sz w:val="17"/>
              </w:rPr>
            </w:r>
          </w:p>
        </w:tc>
        <w:tc>
          <w:tcPr>
            <w:tcW w:type="dxa" w:w="680"/>
          </w:tcPr>
          <w:p>
            <w:r>
              <w:rPr>
                <w:sz w:val="17"/>
              </w:rPr>
            </w:r>
          </w:p>
        </w:tc>
      </w:tr>
      <w:tr>
        <w:trPr>
          <w:trHeight w:val="1247"/>
          <w:cantSplit/>
        </w:trPr>
        <w:tc>
          <w:tcPr>
            <w:tcW w:type="dxa" w:w="567"/>
          </w:tcPr>
          <w:p>
            <w:r>
              <w:rPr>
                <w:sz w:val="17"/>
              </w:rPr>
            </w:r>
          </w:p>
        </w:tc>
        <w:tc>
          <w:tcPr>
            <w:tcW w:type="dxa" w:w="2268"/>
          </w:tcPr>
          <w:p>
            <w:r>
              <w:rPr>
                <w:sz w:val="17"/>
              </w:rPr>
            </w:r>
          </w:p>
        </w:tc>
        <w:tc>
          <w:tcPr>
            <w:tcW w:type="dxa" w:w="2381"/>
          </w:tcPr>
          <w:p>
            <w:r>
              <w:rPr>
                <w:sz w:val="17"/>
              </w:rPr>
            </w:r>
          </w:p>
        </w:tc>
        <w:tc>
          <w:tcPr>
            <w:tcW w:type="dxa" w:w="2041"/>
          </w:tcPr>
          <w:p>
            <w:r>
              <w:rPr>
                <w:sz w:val="17"/>
              </w:rPr>
            </w:r>
          </w:p>
        </w:tc>
        <w:tc>
          <w:tcPr>
            <w:tcW w:type="dxa" w:w="1701"/>
          </w:tcPr>
          <w:p>
            <w:r>
              <w:rPr>
                <w:sz w:val="17"/>
              </w:rPr>
            </w:r>
          </w:p>
        </w:tc>
        <w:tc>
          <w:tcPr>
            <w:tcW w:type="dxa" w:w="680"/>
          </w:tcPr>
          <w:p>
            <w:r>
              <w:rPr>
                <w:sz w:val="17"/>
              </w:rPr>
            </w:r>
          </w:p>
        </w:tc>
      </w:tr>
      <w:tr>
        <w:trPr>
          <w:trHeight w:val="1247"/>
          <w:cantSplit/>
        </w:trPr>
        <w:tc>
          <w:tcPr>
            <w:tcW w:type="dxa" w:w="567"/>
          </w:tcPr>
          <w:p>
            <w:r>
              <w:rPr>
                <w:sz w:val="17"/>
              </w:rPr>
            </w:r>
          </w:p>
        </w:tc>
        <w:tc>
          <w:tcPr>
            <w:tcW w:type="dxa" w:w="2268"/>
          </w:tcPr>
          <w:p>
            <w:r>
              <w:rPr>
                <w:sz w:val="17"/>
              </w:rPr>
            </w:r>
          </w:p>
        </w:tc>
        <w:tc>
          <w:tcPr>
            <w:tcW w:type="dxa" w:w="2381"/>
          </w:tcPr>
          <w:p>
            <w:r>
              <w:rPr>
                <w:sz w:val="17"/>
              </w:rPr>
            </w:r>
          </w:p>
        </w:tc>
        <w:tc>
          <w:tcPr>
            <w:tcW w:type="dxa" w:w="2041"/>
          </w:tcPr>
          <w:p>
            <w:r>
              <w:rPr>
                <w:sz w:val="17"/>
              </w:rPr>
            </w:r>
          </w:p>
        </w:tc>
        <w:tc>
          <w:tcPr>
            <w:tcW w:type="dxa" w:w="1701"/>
          </w:tcPr>
          <w:p>
            <w:r>
              <w:rPr>
                <w:sz w:val="17"/>
              </w:rPr>
            </w:r>
          </w:p>
        </w:tc>
        <w:tc>
          <w:tcPr>
            <w:tcW w:type="dxa" w:w="680"/>
          </w:tcPr>
          <w:p>
            <w:r>
              <w:rPr>
                <w:sz w:val="17"/>
              </w:rPr>
            </w:r>
          </w:p>
        </w:tc>
      </w:tr>
    </w:tbl>
    <w:p>
      <w:r>
        <w:br w:type="page"/>
      </w:r>
    </w:p>
    <w:p>
      <w:pPr>
        <w:spacing w:before="120" w:after="120"/>
      </w:pPr>
      <w:r>
        <w:rPr>
          <w:b/>
          <w:color w:val="0E6B6B"/>
          <w:sz w:val="28"/>
        </w:rPr>
        <w:t>チェックリスト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80"/>
        <w:gridCol w:w="1587"/>
        <w:gridCol w:w="7371"/>
      </w:tblGrid>
      <w:tr>
        <w:trPr>
          <w:tblHeader/>
          <w:cantSplit/>
        </w:trPr>
        <w:tc>
          <w:tcPr>
            <w:tcW w:type="dxa" w:w="680"/>
            <w:shd w:val="clear" w:color="auto" w:fill="F6F1E7"/>
          </w:tcPr>
          <w:p>
            <w:r>
              <w:rPr>
                <w:b/>
                <w:sz w:val="19"/>
              </w:rPr>
              <w:t>済</w:t>
            </w:r>
          </w:p>
        </w:tc>
        <w:tc>
          <w:tcPr>
            <w:tcW w:type="dxa" w:w="1587"/>
            <w:shd w:val="clear" w:color="auto" w:fill="F6F1E7"/>
          </w:tcPr>
          <w:p>
            <w:r>
              <w:rPr>
                <w:b/>
                <w:sz w:val="19"/>
              </w:rPr>
              <w:t>区分</w:t>
            </w:r>
          </w:p>
        </w:tc>
        <w:tc>
          <w:tcPr>
            <w:tcW w:type="dxa" w:w="7370"/>
            <w:shd w:val="clear" w:color="auto" w:fill="F6F1E7"/>
          </w:tcPr>
          <w:p>
            <w:r>
              <w:rPr>
                <w:b/>
                <w:sz w:val="19"/>
              </w:rPr>
              <w:t>確認すること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sz w:val="19"/>
              </w:rPr>
            </w:r>
          </w:p>
        </w:tc>
        <w:tc>
          <w:tcPr>
            <w:tcW w:type="dxa" w:w="1587"/>
          </w:tcPr>
          <w:p>
            <w:r>
              <w:rPr>
                <w:sz w:val="19"/>
              </w:rPr>
            </w:r>
          </w:p>
        </w:tc>
        <w:tc>
          <w:tcPr>
            <w:tcW w:type="dxa" w:w="7370"/>
          </w:tcPr>
          <w:p>
            <w:r>
              <w:rPr>
                <w:sz w:val="19"/>
              </w:rPr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sz w:val="19"/>
              </w:rPr>
            </w:r>
          </w:p>
        </w:tc>
        <w:tc>
          <w:tcPr>
            <w:tcW w:type="dxa" w:w="1587"/>
          </w:tcPr>
          <w:p>
            <w:r>
              <w:rPr>
                <w:sz w:val="19"/>
              </w:rPr>
            </w:r>
          </w:p>
        </w:tc>
        <w:tc>
          <w:tcPr>
            <w:tcW w:type="dxa" w:w="7370"/>
          </w:tcPr>
          <w:p>
            <w:r>
              <w:rPr>
                <w:sz w:val="19"/>
              </w:rPr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sz w:val="19"/>
              </w:rPr>
            </w:r>
          </w:p>
        </w:tc>
        <w:tc>
          <w:tcPr>
            <w:tcW w:type="dxa" w:w="1587"/>
          </w:tcPr>
          <w:p>
            <w:r>
              <w:rPr>
                <w:sz w:val="19"/>
              </w:rPr>
            </w:r>
          </w:p>
        </w:tc>
        <w:tc>
          <w:tcPr>
            <w:tcW w:type="dxa" w:w="7370"/>
          </w:tcPr>
          <w:p>
            <w:r>
              <w:rPr>
                <w:sz w:val="19"/>
              </w:rPr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sz w:val="19"/>
              </w:rPr>
            </w:r>
          </w:p>
        </w:tc>
        <w:tc>
          <w:tcPr>
            <w:tcW w:type="dxa" w:w="1587"/>
          </w:tcPr>
          <w:p>
            <w:r>
              <w:rPr>
                <w:sz w:val="19"/>
              </w:rPr>
            </w:r>
          </w:p>
        </w:tc>
        <w:tc>
          <w:tcPr>
            <w:tcW w:type="dxa" w:w="7370"/>
          </w:tcPr>
          <w:p>
            <w:r>
              <w:rPr>
                <w:sz w:val="19"/>
              </w:rPr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sz w:val="19"/>
              </w:rPr>
            </w:r>
          </w:p>
        </w:tc>
        <w:tc>
          <w:tcPr>
            <w:tcW w:type="dxa" w:w="1587"/>
          </w:tcPr>
          <w:p>
            <w:r>
              <w:rPr>
                <w:sz w:val="19"/>
              </w:rPr>
            </w:r>
          </w:p>
        </w:tc>
        <w:tc>
          <w:tcPr>
            <w:tcW w:type="dxa" w:w="7370"/>
          </w:tcPr>
          <w:p>
            <w:r>
              <w:rPr>
                <w:sz w:val="19"/>
              </w:rPr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sz w:val="19"/>
              </w:rPr>
            </w:r>
          </w:p>
        </w:tc>
        <w:tc>
          <w:tcPr>
            <w:tcW w:type="dxa" w:w="1587"/>
          </w:tcPr>
          <w:p>
            <w:r>
              <w:rPr>
                <w:sz w:val="19"/>
              </w:rPr>
            </w:r>
          </w:p>
        </w:tc>
        <w:tc>
          <w:tcPr>
            <w:tcW w:type="dxa" w:w="7370"/>
          </w:tcPr>
          <w:p>
            <w:r>
              <w:rPr>
                <w:sz w:val="19"/>
              </w:rPr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sz w:val="19"/>
              </w:rPr>
            </w:r>
          </w:p>
        </w:tc>
        <w:tc>
          <w:tcPr>
            <w:tcW w:type="dxa" w:w="1587"/>
          </w:tcPr>
          <w:p>
            <w:r>
              <w:rPr>
                <w:sz w:val="19"/>
              </w:rPr>
            </w:r>
          </w:p>
        </w:tc>
        <w:tc>
          <w:tcPr>
            <w:tcW w:type="dxa" w:w="7370"/>
          </w:tcPr>
          <w:p>
            <w:r>
              <w:rPr>
                <w:sz w:val="19"/>
              </w:rPr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sz w:val="19"/>
              </w:rPr>
            </w:r>
          </w:p>
        </w:tc>
        <w:tc>
          <w:tcPr>
            <w:tcW w:type="dxa" w:w="1587"/>
          </w:tcPr>
          <w:p>
            <w:r>
              <w:rPr>
                <w:sz w:val="19"/>
              </w:rPr>
            </w:r>
          </w:p>
        </w:tc>
        <w:tc>
          <w:tcPr>
            <w:tcW w:type="dxa" w:w="7370"/>
          </w:tcPr>
          <w:p>
            <w:r>
              <w:rPr>
                <w:sz w:val="19"/>
              </w:rPr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sz w:val="19"/>
              </w:rPr>
            </w:r>
          </w:p>
        </w:tc>
        <w:tc>
          <w:tcPr>
            <w:tcW w:type="dxa" w:w="1587"/>
          </w:tcPr>
          <w:p>
            <w:r>
              <w:rPr>
                <w:sz w:val="19"/>
              </w:rPr>
            </w:r>
          </w:p>
        </w:tc>
        <w:tc>
          <w:tcPr>
            <w:tcW w:type="dxa" w:w="7370"/>
          </w:tcPr>
          <w:p>
            <w:r>
              <w:rPr>
                <w:sz w:val="19"/>
              </w:rPr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sz w:val="19"/>
              </w:rPr>
            </w:r>
          </w:p>
        </w:tc>
        <w:tc>
          <w:tcPr>
            <w:tcW w:type="dxa" w:w="1587"/>
          </w:tcPr>
          <w:p>
            <w:r>
              <w:rPr>
                <w:sz w:val="19"/>
              </w:rPr>
            </w:r>
          </w:p>
        </w:tc>
        <w:tc>
          <w:tcPr>
            <w:tcW w:type="dxa" w:w="7370"/>
          </w:tcPr>
          <w:p>
            <w:r>
              <w:rPr>
                <w:sz w:val="19"/>
              </w:rPr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sz w:val="19"/>
              </w:rPr>
            </w:r>
          </w:p>
        </w:tc>
        <w:tc>
          <w:tcPr>
            <w:tcW w:type="dxa" w:w="1587"/>
          </w:tcPr>
          <w:p>
            <w:r>
              <w:rPr>
                <w:sz w:val="19"/>
              </w:rPr>
            </w:r>
          </w:p>
        </w:tc>
        <w:tc>
          <w:tcPr>
            <w:tcW w:type="dxa" w:w="7370"/>
          </w:tcPr>
          <w:p>
            <w:r>
              <w:rPr>
                <w:sz w:val="19"/>
              </w:rPr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sz w:val="19"/>
              </w:rPr>
            </w:r>
          </w:p>
        </w:tc>
        <w:tc>
          <w:tcPr>
            <w:tcW w:type="dxa" w:w="1587"/>
          </w:tcPr>
          <w:p>
            <w:r>
              <w:rPr>
                <w:sz w:val="19"/>
              </w:rPr>
            </w:r>
          </w:p>
        </w:tc>
        <w:tc>
          <w:tcPr>
            <w:tcW w:type="dxa" w:w="7370"/>
          </w:tcPr>
          <w:p>
            <w:r>
              <w:rPr>
                <w:sz w:val="19"/>
              </w:rPr>
            </w:r>
          </w:p>
        </w:tc>
      </w:tr>
    </w:tbl>
    <w:p/>
    <w:p>
      <w:pPr>
        <w:spacing w:before="120" w:after="120"/>
      </w:pPr>
      <w:r>
        <w:rPr>
          <w:b/>
          <w:color w:val="0E6B6B"/>
          <w:sz w:val="28"/>
        </w:rPr>
        <w:t>よくある質問</w:t>
      </w:r>
    </w:p>
    <w:p>
      <w:r>
        <w:rPr>
          <w:b/>
        </w:rPr>
        <w:t xml:space="preserve">Q. </w:t>
      </w:r>
    </w:p>
    <w:p>
      <w:r>
        <w:t xml:space="preserve">A. </w:t>
      </w:r>
    </w:p>
    <w:p>
      <w:r>
        <w:rPr>
          <w:b/>
        </w:rPr>
        <w:t xml:space="preserve">Q. </w:t>
      </w:r>
    </w:p>
    <w:p>
      <w:r>
        <w:t xml:space="preserve">A. </w:t>
      </w:r>
    </w:p>
    <w:p>
      <w:r>
        <w:rPr>
          <w:b/>
        </w:rPr>
        <w:t xml:space="preserve">Q. </w:t>
      </w:r>
    </w:p>
    <w:p>
      <w:r>
        <w:t xml:space="preserve">A. </w:t>
      </w:r>
    </w:p>
    <w:p/>
    <w:p>
      <w:pPr>
        <w:spacing w:before="120" w:after="120"/>
      </w:pPr>
      <w:r>
        <w:rPr>
          <w:b/>
          <w:color w:val="0E6B6B"/>
          <w:sz w:val="28"/>
        </w:rPr>
        <w:t>問い合わせ先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87"/>
        <w:gridCol w:w="2268"/>
        <w:gridCol w:w="2154"/>
        <w:gridCol w:w="3628"/>
      </w:tblGrid>
      <w:tr>
        <w:trPr>
          <w:tblHeader/>
          <w:cantSplit/>
        </w:trPr>
        <w:tc>
          <w:tcPr>
            <w:tcW w:type="dxa" w:w="1587"/>
            <w:shd w:val="clear" w:color="auto" w:fill="F6F1E7"/>
          </w:tcPr>
          <w:p>
            <w:r>
              <w:rPr>
                <w:b/>
                <w:sz w:val="19"/>
              </w:rPr>
              <w:t>役割</w:t>
            </w:r>
          </w:p>
        </w:tc>
        <w:tc>
          <w:tcPr>
            <w:tcW w:type="dxa" w:w="2268"/>
            <w:shd w:val="clear" w:color="auto" w:fill="F6F1E7"/>
          </w:tcPr>
          <w:p>
            <w:r>
              <w:rPr>
                <w:b/>
                <w:sz w:val="19"/>
              </w:rPr>
              <w:t>名前</w:t>
            </w:r>
          </w:p>
        </w:tc>
        <w:tc>
          <w:tcPr>
            <w:tcW w:type="dxa" w:w="2154"/>
            <w:shd w:val="clear" w:color="auto" w:fill="F6F1E7"/>
          </w:tcPr>
          <w:p>
            <w:r>
              <w:rPr>
                <w:b/>
                <w:sz w:val="19"/>
              </w:rPr>
              <w:t>電話</w:t>
            </w:r>
          </w:p>
        </w:tc>
        <w:tc>
          <w:tcPr>
            <w:tcW w:type="dxa" w:w="3628"/>
            <w:shd w:val="clear" w:color="auto" w:fill="F6F1E7"/>
          </w:tcPr>
          <w:p>
            <w:r>
              <w:rPr>
                <w:b/>
                <w:sz w:val="19"/>
              </w:rPr>
              <w:t>連絡してよいとき</w:t>
            </w:r>
          </w:p>
        </w:tc>
      </w:tr>
      <w:tr>
        <w:trPr>
          <w:cantSplit/>
        </w:trPr>
        <w:tc>
          <w:tcPr>
            <w:tcW w:type="dxa" w:w="1587"/>
          </w:tcPr>
          <w:p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r>
              <w:rPr>
                <w:sz w:val="19"/>
              </w:rPr>
            </w:r>
          </w:p>
        </w:tc>
        <w:tc>
          <w:tcPr>
            <w:tcW w:type="dxa" w:w="2154"/>
          </w:tcPr>
          <w:p>
            <w:r>
              <w:rPr>
                <w:sz w:val="19"/>
              </w:rPr>
            </w:r>
          </w:p>
        </w:tc>
        <w:tc>
          <w:tcPr>
            <w:tcW w:type="dxa" w:w="3628"/>
          </w:tcPr>
          <w:p>
            <w:r>
              <w:rPr>
                <w:sz w:val="19"/>
              </w:rPr>
            </w:r>
          </w:p>
        </w:tc>
      </w:tr>
      <w:tr>
        <w:trPr>
          <w:cantSplit/>
        </w:trPr>
        <w:tc>
          <w:tcPr>
            <w:tcW w:type="dxa" w:w="1587"/>
          </w:tcPr>
          <w:p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r>
              <w:rPr>
                <w:sz w:val="19"/>
              </w:rPr>
            </w:r>
          </w:p>
        </w:tc>
        <w:tc>
          <w:tcPr>
            <w:tcW w:type="dxa" w:w="2154"/>
          </w:tcPr>
          <w:p>
            <w:r>
              <w:rPr>
                <w:sz w:val="19"/>
              </w:rPr>
            </w:r>
          </w:p>
        </w:tc>
        <w:tc>
          <w:tcPr>
            <w:tcW w:type="dxa" w:w="3628"/>
          </w:tcPr>
          <w:p>
            <w:r>
              <w:rPr>
                <w:sz w:val="19"/>
              </w:rPr>
            </w:r>
          </w:p>
        </w:tc>
      </w:tr>
      <w:tr>
        <w:trPr>
          <w:cantSplit/>
        </w:trPr>
        <w:tc>
          <w:tcPr>
            <w:tcW w:type="dxa" w:w="1587"/>
          </w:tcPr>
          <w:p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r>
              <w:rPr>
                <w:sz w:val="19"/>
              </w:rPr>
            </w:r>
          </w:p>
        </w:tc>
        <w:tc>
          <w:tcPr>
            <w:tcW w:type="dxa" w:w="2154"/>
          </w:tcPr>
          <w:p>
            <w:r>
              <w:rPr>
                <w:sz w:val="19"/>
              </w:rPr>
            </w:r>
          </w:p>
        </w:tc>
        <w:tc>
          <w:tcPr>
            <w:tcW w:type="dxa" w:w="3628"/>
          </w:tcPr>
          <w:p>
            <w:r>
              <w:rPr>
                <w:sz w:val="19"/>
              </w:rPr>
            </w:r>
          </w:p>
        </w:tc>
      </w:tr>
    </w:tbl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4"/>
      </w:rPr>
      <w:t>そろばんノート テンプレート v2026.10 ｜ sorobannote.com ｜ 一般的なひな形です。個別の判断は専門家へ。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Yu Gothic" w:hAnsi="Yu Gothic" w:eastAsia="游ゴシック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業務マニュアル</dc:title>
  <dc:subject/>
  <dc:creator>sorobannote.com</dc:creator>
  <cp:keywords/>
  <dc:description>generated by python-docx</dc:description>
  <cp:lastModifiedBy>sorobannote.com</cp:lastModifiedBy>
  <cp:revision>1</cp:revision>
  <dcterms:created xsi:type="dcterms:W3CDTF">2026-10-23T00:00:00Z</dcterms:created>
  <dcterms:modified xsi:type="dcterms:W3CDTF">2026-10-23T00:00:00Z</dcterms:modified>
  <cp:category/>
</cp:coreProperties>
</file>