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使用貸借契約書</w:t>
      </w:r>
    </w:p>
    <w:p>
      <w:r>
        <w:t>貸主（以下「甲」という）と借主（以下「乙」という）は、次のとおり使用貸借契約を結ぶ。</w:t>
      </w:r>
    </w:p>
    <w:p>
      <w:pPr>
        <w:spacing w:after="0"/>
      </w:pPr>
      <w:r>
        <w:rPr>
          <w:b/>
        </w:rPr>
        <w:t>第1条（目的物）</w:t>
      </w:r>
    </w:p>
    <w:p>
      <w:r>
        <w:t>甲は、次の目的物を無償で乙に使用させ、乙はこれを借り受ける。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目的物（土地の場合：所在・地番・地目・地積、物の場合：品名・番号・付属品）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r>
              <w:rPr>
                <w:sz w:val="18"/>
              </w:rPr>
            </w:r>
          </w:p>
        </w:tc>
      </w:tr>
    </w:tbl>
    <w:p/>
    <w:p>
      <w:pPr>
        <w:spacing w:after="0"/>
      </w:pPr>
      <w:r>
        <w:rPr>
          <w:b/>
        </w:rPr>
        <w:t>第2条（使用の目的）</w:t>
      </w:r>
    </w:p>
    <w:p>
      <w:r>
        <w:t>乙は、目的物を　　　　　　　　　　　　　の目的のために使用する。</w:t>
      </w:r>
    </w:p>
    <w:p>
      <w:pPr>
        <w:spacing w:after="0"/>
      </w:pPr>
      <w:r>
        <w:rPr>
          <w:b/>
        </w:rPr>
        <w:t>第3条（期間）</w:t>
      </w:r>
    </w:p>
    <w:p>
      <w:r>
        <w:t>使用貸借の期間は、　　年　　月　　日から　　年　　月　　日まで（又は「建物が存する間」）とする。</w:t>
      </w:r>
    </w:p>
    <w:p>
      <w:pPr>
        <w:spacing w:after="0"/>
      </w:pPr>
      <w:r>
        <w:rPr>
          <w:b/>
        </w:rPr>
        <w:t>第4条（費用の負担）</w:t>
      </w:r>
    </w:p>
    <w:p>
      <w:r>
        <w:t>目的物の通常の必要費は乙の負担とする。（固定資産税相当額などの負担を決める場合はここに書く）</w:t>
      </w:r>
    </w:p>
    <w:p>
      <w:pPr>
        <w:spacing w:after="0"/>
      </w:pPr>
      <w:r>
        <w:rPr>
          <w:b/>
        </w:rPr>
        <w:t>第5条（禁止事項）</w:t>
      </w:r>
    </w:p>
    <w:p>
      <w:r>
        <w:t>乙は、甲の承諾なく、目的物を第三者に使用させ、又は第2条の目的以外に使用してはならない。</w:t>
      </w:r>
    </w:p>
    <w:p>
      <w:pPr>
        <w:spacing w:after="0"/>
      </w:pPr>
      <w:r>
        <w:rPr>
          <w:b/>
        </w:rPr>
        <w:t>第6条（返還と原状回復）</w:t>
      </w:r>
    </w:p>
    <w:p>
      <w:r>
        <w:t>本契約が終了したときは、乙は目的物を甲に返還する。乙が目的物に付属させた物は乙が収去し、乙の責めに帰すべき損傷は乙が原状に回復する。</w:t>
      </w:r>
    </w:p>
    <w:p>
      <w:pPr>
        <w:spacing w:after="0"/>
      </w:pPr>
      <w:r>
        <w:rPr>
          <w:b/>
        </w:rPr>
        <w:t>第7条（借主の死亡）</w:t>
      </w:r>
    </w:p>
    <w:p>
      <w:r>
        <w:t>（乙が死亡したときの扱いを決める場合はここに書く。定めがなければ、借主の死亡で使用貸借は終わる）</w:t>
      </w:r>
    </w:p>
    <w:p>
      <w:pPr>
        <w:spacing w:after="0"/>
      </w:pPr>
      <w:r>
        <w:rPr>
          <w:b/>
        </w:rPr>
        <w:t>第8条（解除）</w:t>
      </w:r>
    </w:p>
    <w:p>
      <w:r>
        <w:t>乙が本契約に違反したときは、甲は本契約を解除することができる。乙は、いつでも本契約を解除することができる。</w:t>
      </w:r>
    </w:p>
    <w:p>
      <w:pPr>
        <w:spacing w:after="0"/>
      </w:pPr>
      <w:r>
        <w:rPr>
          <w:b/>
        </w:rPr>
        <w:t>第9条（協議）</w:t>
      </w:r>
    </w:p>
    <w:p>
      <w:r>
        <w:t>本契約に定めのない事項は、甲乙誠意をもって協議して定める。</w:t>
      </w:r>
    </w:p>
    <w:p>
      <w:r>
        <w:t>本契約の成立を証するため本書2通を作成し、甲乙署名押印のうえ各1通を保有する。</w:t>
      </w:r>
    </w:p>
    <w:p>
      <w:r>
        <w:t xml:space="preserve">　　　　年　　月　　日</w:t>
      </w:r>
    </w:p>
    <w:p>
      <w:r>
        <w:t xml:space="preserve">貸主（甲）　住所　</w:t>
      </w:r>
    </w:p>
    <w:p>
      <w:r>
        <w:t xml:space="preserve">　　　　　　氏名　　　　　　　　　　　　　　　　　　　印</w:t>
      </w:r>
    </w:p>
    <w:p>
      <w:r>
        <w:t xml:space="preserve">借主（乙）　住所　</w:t>
      </w:r>
    </w:p>
    <w:p>
      <w:r>
        <w:t xml:space="preserve">　　　　　　氏名　　　　　　　　　　　　　　　　　　　印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そろばんノート テンプレート v2026.10 ｜ sorobannote.com ｜ 一般的なひな形です。個別の判断は専門家へ。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Yu Gothic" w:hAnsi="Yu Gothic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sorobannote.com</dc:creator>
  <cp:keywords/>
  <dc:description>generated by python-docx</dc:description>
  <cp:lastModifiedBy>sorobannote.com</cp:lastModifiedBy>
  <cp:revision>1</cp:revision>
  <dcterms:created xsi:type="dcterms:W3CDTF">2026-10-15T00:00:00Z</dcterms:created>
  <dcterms:modified xsi:type="dcterms:W3CDTF">2026-10-15T00:00:00Z</dcterms:modified>
  <cp:category/>
</cp:coreProperties>
</file>